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СОГЛАСИЕ НА ОБРАБОТКУ ПЕРСОНАЛЬНЫХ ДАННЫХ</w:t>
      </w:r>
    </w:p>
    <w:p>
      <w:pPr>
        <w:jc w:val="center"/>
      </w:pPr>
      <w:r>
        <w:br/>
        <w:t>Я, ______________________________________________________________________________________,</w:t>
        <w:br/>
        <w:t>(Фамилия, Имя, Отчество субъекта персональных данных)</w:t>
      </w:r>
    </w:p>
    <w:p>
      <w:r>
        <w:t>в соответствии с требованиями статьи 9 Федерального закона от 27.07.2006 № 152-ФЗ «О персональных данных», свободно, своей волей и в своем интересе даю согласие Общероссийской общественной организации «Русское оружейное сообщество» (Юридический адрес: 125424, г. Москва, туп. Сходненский, д.4) (далее — Оператор) на обработку моих персональных данных.</w:t>
      </w:r>
    </w:p>
    <w:p>
      <w:r>
        <w:t>Перечень персональных данных, на обработку которых дается согласие:</w:t>
      </w:r>
    </w:p>
    <w:p>
      <w:r>
        <w:t>• Фамилия, имя, отчество;</w:t>
        <w:br/>
        <w:t>• Контактный номер телефона;</w:t>
        <w:br/>
        <w:t>• Адрес электронной почты (e-mail);</w:t>
        <w:br/>
        <w:t>• Иные данные, добровольно переданные мной Оператору в виде прикрепленных электронных документов.</w:t>
      </w:r>
    </w:p>
    <w:p>
      <w:r>
        <w:t>Цель обработки персональных данных:</w:t>
      </w:r>
    </w:p>
    <w:p>
      <w:r>
        <w:t>Регистрация и обработка заявки на вступление в Общероссийскую общественную организацию «Русское оружейное сообщество», осуществление связи со мной для предоставления информации, связанной с деятельностью организации.</w:t>
      </w:r>
    </w:p>
    <w:p>
      <w:r>
        <w:t>Действия с персональными данными:</w:t>
      </w:r>
    </w:p>
    <w:p>
      <w:r>
        <w:t>Настоящее согласие предоставляется на осуществление любых действий в отношении моих персональных данных, которые необходимы для достижения вышеуказанных целей, включая (без ограничения) сбор, систематизацию, накопление, хранение, уточнение (обновление, изменение), использование, обезличивание, блокирование, уничтожение.</w:t>
      </w:r>
    </w:p>
    <w:p>
      <w:r>
        <w:t>Срок действия согласия:</w:t>
      </w:r>
    </w:p>
    <w:p>
      <w:r>
        <w:t>Настоящее согласие действует с момента его предоставления и до момента его отзыва мной в письменной форме. Я проинформирован(а) о том, что могу отозвать настоящее согласие путем направления письменного заявления Оператору на адрес электронной почты: contact@rusors.org.</w:t>
      </w:r>
    </w:p>
    <w:p>
      <w:r>
        <w:br/>
        <w:t>«____» ________________ 20___ г.                                 Подпись 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